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23BB50" w14:textId="738475B7" w:rsidR="005A18A1" w:rsidRPr="006E7FC9" w:rsidRDefault="00650E1D">
      <w:pPr>
        <w:pStyle w:val="Ttulo"/>
        <w:jc w:val="center"/>
      </w:pPr>
      <w:r w:rsidRPr="006E7FC9">
        <w:t>Título del</w:t>
      </w:r>
      <w:r w:rsidR="006E7FC9" w:rsidRPr="006E7FC9">
        <w:t xml:space="preserve"> capítulo</w:t>
      </w:r>
      <w:r w:rsidR="00EE1E0C">
        <w:t xml:space="preserve"> (máximo 80 caracteres, incluidos espacios)</w:t>
      </w:r>
    </w:p>
    <w:p w14:paraId="3F557EDD" w14:textId="64F7373D" w:rsidR="006E7FC9" w:rsidRPr="006E7FC9" w:rsidRDefault="00650E1D">
      <w:r w:rsidRPr="006E7FC9">
        <w:rPr>
          <w:b/>
        </w:rPr>
        <w:t>Nombre de los Autores</w:t>
      </w:r>
      <w:r w:rsidR="006E7FC9" w:rsidRPr="006E7FC9">
        <w:rPr>
          <w:b/>
        </w:rPr>
        <w:t xml:space="preserve"> (</w:t>
      </w:r>
      <w:r w:rsidR="006E7FC9" w:rsidRPr="006E7FC9">
        <w:rPr>
          <w:bCs/>
        </w:rPr>
        <w:t xml:space="preserve">poner: Nombre Apellidos, Nombre Apellidos, </w:t>
      </w:r>
      <w:proofErr w:type="spellStart"/>
      <w:r w:rsidR="006E7FC9" w:rsidRPr="006E7FC9">
        <w:rPr>
          <w:bCs/>
        </w:rPr>
        <w:t>etc</w:t>
      </w:r>
      <w:proofErr w:type="spellEnd"/>
      <w:r w:rsidR="006E7FC9" w:rsidRPr="006E7FC9">
        <w:rPr>
          <w:b/>
        </w:rPr>
        <w:t>)</w:t>
      </w:r>
      <w:r w:rsidRPr="006E7FC9">
        <w:rPr>
          <w:b/>
        </w:rPr>
        <w:br/>
      </w:r>
      <w:r w:rsidRPr="006E7FC9">
        <w:rPr>
          <w:i/>
        </w:rPr>
        <w:t>Filiación (Institución</w:t>
      </w:r>
      <w:r w:rsidR="006E7FC9" w:rsidRPr="006E7FC9">
        <w:rPr>
          <w:i/>
        </w:rPr>
        <w:t xml:space="preserve"> solo, País</w:t>
      </w:r>
      <w:r w:rsidRPr="006E7FC9">
        <w:rPr>
          <w:i/>
        </w:rPr>
        <w:t>)</w:t>
      </w:r>
      <w:r w:rsidR="00EE1E0C">
        <w:rPr>
          <w:i/>
        </w:rPr>
        <w:t xml:space="preserve"> (Si no está adscrito a ninguna institución, poner solo el país)</w:t>
      </w:r>
      <w:r w:rsidRPr="006E7FC9">
        <w:rPr>
          <w:i/>
        </w:rPr>
        <w:br/>
      </w:r>
    </w:p>
    <w:p w14:paraId="2980CEDD" w14:textId="77777777" w:rsidR="006E7FC9" w:rsidRPr="006E7FC9" w:rsidRDefault="006E7FC9"/>
    <w:p w14:paraId="2DE37243" w14:textId="77777777" w:rsidR="006E7FC9" w:rsidRPr="006E7FC9" w:rsidRDefault="006E7FC9"/>
    <w:p w14:paraId="59B8C3D9" w14:textId="77777777" w:rsidR="006E7FC9" w:rsidRPr="006E7FC9" w:rsidRDefault="006E7FC9"/>
    <w:p w14:paraId="0D085FE2" w14:textId="77777777" w:rsidR="006E7FC9" w:rsidRPr="006E7FC9" w:rsidRDefault="006E7FC9"/>
    <w:p w14:paraId="32965D6B" w14:textId="77777777" w:rsidR="006E7FC9" w:rsidRPr="006E7FC9" w:rsidRDefault="006E7FC9"/>
    <w:p w14:paraId="58805E1A" w14:textId="77777777" w:rsidR="006E7FC9" w:rsidRPr="006E7FC9" w:rsidRDefault="006E7FC9"/>
    <w:p w14:paraId="546B8883" w14:textId="77777777" w:rsidR="006E7FC9" w:rsidRPr="006E7FC9" w:rsidRDefault="006E7FC9"/>
    <w:p w14:paraId="6F1B20F0" w14:textId="77777777" w:rsidR="006E7FC9" w:rsidRPr="006E7FC9" w:rsidRDefault="006E7FC9"/>
    <w:p w14:paraId="5FB014C9" w14:textId="77777777" w:rsidR="006E7FC9" w:rsidRPr="006E7FC9" w:rsidRDefault="006E7FC9"/>
    <w:p w14:paraId="6960B5C7" w14:textId="77777777" w:rsidR="006E7FC9" w:rsidRPr="006E7FC9" w:rsidRDefault="006E7FC9"/>
    <w:p w14:paraId="7FE5693D" w14:textId="77777777" w:rsidR="006E7FC9" w:rsidRPr="006E7FC9" w:rsidRDefault="006E7FC9"/>
    <w:p w14:paraId="5B397115" w14:textId="77777777" w:rsidR="006E7FC9" w:rsidRPr="006E7FC9" w:rsidRDefault="006E7FC9"/>
    <w:p w14:paraId="279CC5C7" w14:textId="77777777" w:rsidR="006E7FC9" w:rsidRPr="006E7FC9" w:rsidRDefault="006E7FC9"/>
    <w:p w14:paraId="1C63AF6C" w14:textId="77777777" w:rsidR="006E7FC9" w:rsidRPr="006E7FC9" w:rsidRDefault="006E7FC9"/>
    <w:p w14:paraId="10D5BE43" w14:textId="4FA6FE03" w:rsidR="005A18A1" w:rsidRPr="006E7FC9" w:rsidRDefault="00650E1D">
      <w:pPr>
        <w:rPr>
          <w:i/>
        </w:rPr>
      </w:pPr>
      <w:r w:rsidRPr="006E7FC9">
        <w:t>Agradecimientos (Opcional: Proyecto de Investigación, Financiamiento)</w:t>
      </w:r>
    </w:p>
    <w:p w14:paraId="6F37DB01" w14:textId="77777777" w:rsidR="00EE1E0C" w:rsidRDefault="00650E1D" w:rsidP="00EE1E0C">
      <w:pPr>
        <w:spacing w:after="0"/>
        <w:jc w:val="center"/>
        <w:rPr>
          <w:b/>
          <w:bCs/>
          <w:sz w:val="28"/>
          <w:szCs w:val="24"/>
        </w:rPr>
      </w:pPr>
      <w:r w:rsidRPr="006E7FC9">
        <w:br w:type="page"/>
      </w:r>
      <w:r w:rsidRPr="006E7FC9">
        <w:rPr>
          <w:b/>
          <w:bCs/>
          <w:sz w:val="28"/>
          <w:szCs w:val="24"/>
        </w:rPr>
        <w:lastRenderedPageBreak/>
        <w:t>Introducción</w:t>
      </w:r>
    </w:p>
    <w:p w14:paraId="00833322" w14:textId="0C0B3148" w:rsidR="006E7FC9" w:rsidRDefault="006E7FC9" w:rsidP="00EE1E0C">
      <w:pPr>
        <w:spacing w:after="0"/>
        <w:jc w:val="center"/>
      </w:pPr>
      <w:r w:rsidRPr="006E7FC9">
        <w:t>(Garamond, 14, negrita)</w:t>
      </w:r>
      <w:r w:rsidR="00EE1E0C">
        <w:t xml:space="preserve"> </w:t>
      </w:r>
      <w:r>
        <w:t>(Para todos los títulos dentro del texto).</w:t>
      </w:r>
    </w:p>
    <w:p w14:paraId="57174D6C" w14:textId="77777777" w:rsidR="00EE1E0C" w:rsidRDefault="00EE1E0C" w:rsidP="00EE1E0C">
      <w:pPr>
        <w:spacing w:after="0"/>
        <w:ind w:firstLine="720"/>
        <w:rPr>
          <w:b/>
          <w:bCs/>
        </w:rPr>
      </w:pPr>
    </w:p>
    <w:p w14:paraId="237325C9" w14:textId="4CD9B591" w:rsidR="006E7FC9" w:rsidRDefault="006E7FC9" w:rsidP="00EE1E0C">
      <w:pPr>
        <w:spacing w:after="0"/>
        <w:ind w:firstLine="720"/>
      </w:pPr>
      <w:r w:rsidRPr="006E7FC9">
        <w:rPr>
          <w:b/>
          <w:bCs/>
        </w:rPr>
        <w:t>Parte primera</w:t>
      </w:r>
      <w:r>
        <w:t xml:space="preserve"> (Garamond, 12, negrita) (Para subtítulos de primer orden).</w:t>
      </w:r>
    </w:p>
    <w:p w14:paraId="4D107953" w14:textId="77777777" w:rsidR="00EE1E0C" w:rsidRDefault="00EE1E0C" w:rsidP="00EE1E0C">
      <w:pPr>
        <w:spacing w:after="0"/>
        <w:ind w:firstLine="720"/>
        <w:rPr>
          <w:b/>
          <w:bCs/>
          <w:i/>
          <w:iCs/>
        </w:rPr>
      </w:pPr>
    </w:p>
    <w:p w14:paraId="4E095F38" w14:textId="0D20F50E" w:rsidR="006E7FC9" w:rsidRPr="006E7FC9" w:rsidRDefault="006E7FC9" w:rsidP="00EE1E0C">
      <w:pPr>
        <w:spacing w:after="0"/>
        <w:ind w:firstLine="720"/>
      </w:pPr>
      <w:r w:rsidRPr="00EE1E0C">
        <w:rPr>
          <w:b/>
          <w:bCs/>
          <w:i/>
          <w:iCs/>
        </w:rPr>
        <w:t>Sección uno</w:t>
      </w:r>
      <w:r>
        <w:t xml:space="preserve"> (Garamond, 12, </w:t>
      </w:r>
      <w:r w:rsidR="00EE1E0C">
        <w:t xml:space="preserve">negrita, </w:t>
      </w:r>
      <w:r>
        <w:t xml:space="preserve">cursiva) (Para </w:t>
      </w:r>
      <w:r w:rsidR="00EE1E0C">
        <w:t>subtítulos de segundo orden).</w:t>
      </w:r>
      <w:r w:rsidR="00650E1D" w:rsidRPr="006E7FC9">
        <w:br/>
      </w:r>
      <w:r w:rsidR="00650E1D" w:rsidRPr="006E7FC9">
        <w:br/>
        <w:t xml:space="preserve">Aquí comienza el texto del artículo... Las figuras y tablas deben incluirse en el </w:t>
      </w:r>
      <w:r w:rsidR="00650E1D" w:rsidRPr="006E7FC9">
        <w:t>lugar correspondiente en el texto.</w:t>
      </w:r>
      <w:r w:rsidRPr="006E7FC9">
        <w:t xml:space="preserve">   (Garamond, 12</w:t>
      </w:r>
      <w:r w:rsidR="00EE1E0C">
        <w:t xml:space="preserve">, interlineado 1,5, márgenes: </w:t>
      </w:r>
      <w:proofErr w:type="spellStart"/>
      <w:r w:rsidR="00EE1E0C">
        <w:t>Sup</w:t>
      </w:r>
      <w:proofErr w:type="spellEnd"/>
      <w:r w:rsidR="00EE1E0C">
        <w:t xml:space="preserve"> e </w:t>
      </w:r>
      <w:proofErr w:type="spellStart"/>
      <w:r w:rsidR="00EE1E0C">
        <w:t>Inf</w:t>
      </w:r>
      <w:proofErr w:type="spellEnd"/>
      <w:r w:rsidR="00EE1E0C">
        <w:t xml:space="preserve">=2,5 y Der e </w:t>
      </w:r>
      <w:proofErr w:type="spellStart"/>
      <w:r w:rsidR="00EE1E0C">
        <w:t>Izq</w:t>
      </w:r>
      <w:proofErr w:type="spellEnd"/>
      <w:r w:rsidR="00EE1E0C">
        <w:t xml:space="preserve">= </w:t>
      </w:r>
      <w:proofErr w:type="gramStart"/>
      <w:r w:rsidR="00EE1E0C">
        <w:t xml:space="preserve">3 </w:t>
      </w:r>
      <w:r w:rsidRPr="006E7FC9">
        <w:t>)</w:t>
      </w:r>
      <w:proofErr w:type="gramEnd"/>
      <w:r w:rsidR="00EE1E0C">
        <w:t xml:space="preserve"> Utilizar</w:t>
      </w:r>
      <w:r w:rsidRPr="006E7FC9">
        <w:t xml:space="preserve"> la tipología de letra descrita a continuación:</w:t>
      </w:r>
    </w:p>
    <w:p w14:paraId="78D9F3F9" w14:textId="77777777" w:rsidR="006E7FC9" w:rsidRPr="006E7FC9" w:rsidRDefault="006E7FC9" w:rsidP="006E7FC9">
      <w:pPr>
        <w:spacing w:after="0" w:line="276" w:lineRule="auto"/>
      </w:pPr>
    </w:p>
    <w:p w14:paraId="783BE6B3" w14:textId="1B44C87C" w:rsidR="006E7FC9" w:rsidRPr="006E7FC9" w:rsidRDefault="00650E1D" w:rsidP="006E7FC9">
      <w:pPr>
        <w:spacing w:after="0" w:line="240" w:lineRule="auto"/>
        <w:rPr>
          <w:b/>
          <w:bCs/>
        </w:rPr>
      </w:pPr>
      <w:r w:rsidRPr="006E7FC9">
        <w:rPr>
          <w:b/>
          <w:bCs/>
        </w:rPr>
        <w:t xml:space="preserve">Figura 1. </w:t>
      </w:r>
    </w:p>
    <w:p w14:paraId="4DF39C81" w14:textId="771192DC" w:rsidR="005A18A1" w:rsidRPr="006E7FC9" w:rsidRDefault="00650E1D" w:rsidP="006E7FC9">
      <w:pPr>
        <w:spacing w:line="240" w:lineRule="auto"/>
        <w:rPr>
          <w:i/>
          <w:iCs/>
        </w:rPr>
      </w:pPr>
      <w:r w:rsidRPr="006E7FC9">
        <w:rPr>
          <w:i/>
          <w:iCs/>
        </w:rPr>
        <w:t>Descripción de la figura</w:t>
      </w:r>
      <w:r w:rsidRPr="006E7FC9">
        <w:rPr>
          <w:i/>
          <w:iCs/>
        </w:rPr>
        <w:br/>
      </w:r>
    </w:p>
    <w:p w14:paraId="64A81D77" w14:textId="2A298DF3" w:rsidR="006E7FC9" w:rsidRPr="006E7FC9" w:rsidRDefault="006E7FC9" w:rsidP="006E7FC9">
      <w:pPr>
        <w:spacing w:line="240" w:lineRule="auto"/>
        <w:rPr>
          <w:i/>
          <w:iCs/>
        </w:rPr>
      </w:pPr>
      <w:r w:rsidRPr="006E7FC9">
        <w:rPr>
          <w:i/>
          <w:iCs/>
        </w:rPr>
        <w:t>Nota: describ</w:t>
      </w:r>
      <w:r>
        <w:rPr>
          <w:i/>
          <w:iCs/>
        </w:rPr>
        <w:t>i</w:t>
      </w:r>
      <w:r w:rsidRPr="006E7FC9">
        <w:rPr>
          <w:i/>
          <w:iCs/>
        </w:rPr>
        <w:t>r lo que se desee.</w:t>
      </w:r>
    </w:p>
    <w:p w14:paraId="5E0029BA" w14:textId="7180022D" w:rsidR="006E7FC9" w:rsidRPr="006E7FC9" w:rsidRDefault="006E7FC9" w:rsidP="006E7FC9">
      <w:pPr>
        <w:spacing w:after="0" w:line="240" w:lineRule="auto"/>
        <w:rPr>
          <w:b/>
          <w:bCs/>
        </w:rPr>
      </w:pPr>
      <w:r w:rsidRPr="006E7FC9">
        <w:rPr>
          <w:b/>
          <w:bCs/>
        </w:rPr>
        <w:t xml:space="preserve">Tabla </w:t>
      </w:r>
      <w:r w:rsidRPr="006E7FC9">
        <w:rPr>
          <w:b/>
          <w:bCs/>
        </w:rPr>
        <w:t xml:space="preserve">1. </w:t>
      </w:r>
    </w:p>
    <w:p w14:paraId="49F468FC" w14:textId="1C6E56A0" w:rsidR="006E7FC9" w:rsidRPr="006E7FC9" w:rsidRDefault="006E7FC9" w:rsidP="006E7FC9">
      <w:pPr>
        <w:spacing w:line="240" w:lineRule="auto"/>
        <w:rPr>
          <w:i/>
          <w:iCs/>
        </w:rPr>
      </w:pPr>
      <w:r w:rsidRPr="006E7FC9">
        <w:rPr>
          <w:i/>
          <w:iCs/>
        </w:rPr>
        <w:t xml:space="preserve">Descripción de la </w:t>
      </w:r>
      <w:r w:rsidRPr="006E7FC9">
        <w:rPr>
          <w:i/>
          <w:iCs/>
        </w:rPr>
        <w:t>table</w:t>
      </w:r>
    </w:p>
    <w:p w14:paraId="474DA168" w14:textId="45240C74" w:rsidR="006E7FC9" w:rsidRPr="006E7FC9" w:rsidRDefault="006E7FC9" w:rsidP="006E7FC9">
      <w:pPr>
        <w:spacing w:line="240" w:lineRule="auto"/>
        <w:rPr>
          <w:i/>
          <w:iCs/>
        </w:rPr>
      </w:pPr>
      <w:r w:rsidRPr="006E7FC9">
        <w:rPr>
          <w:i/>
          <w:iCs/>
        </w:rPr>
        <w:t>Nota: describ</w:t>
      </w:r>
      <w:r>
        <w:rPr>
          <w:i/>
          <w:iCs/>
        </w:rPr>
        <w:t>i</w:t>
      </w:r>
      <w:r w:rsidRPr="006E7FC9">
        <w:rPr>
          <w:i/>
          <w:iCs/>
        </w:rPr>
        <w:t>r lo que se desee.</w:t>
      </w:r>
      <w:r w:rsidRPr="006E7FC9">
        <w:rPr>
          <w:i/>
          <w:iCs/>
        </w:rPr>
        <w:br/>
      </w:r>
    </w:p>
    <w:p w14:paraId="15C7E186" w14:textId="23AC790B" w:rsidR="00EE1E0C" w:rsidRDefault="00650E1D">
      <w:pPr>
        <w:spacing w:line="276" w:lineRule="auto"/>
      </w:pPr>
      <w:r w:rsidRPr="006E7FC9">
        <w:br w:type="page"/>
      </w:r>
      <w:r w:rsidR="00EE1E0C">
        <w:br w:type="page"/>
      </w:r>
    </w:p>
    <w:p w14:paraId="3023914C" w14:textId="77777777" w:rsidR="005A18A1" w:rsidRPr="00EE1E0C" w:rsidRDefault="00650E1D">
      <w:pPr>
        <w:pStyle w:val="Ttulo1"/>
        <w:rPr>
          <w:rFonts w:ascii="Garamond" w:hAnsi="Garamond"/>
        </w:rPr>
      </w:pPr>
      <w:r w:rsidRPr="00EE1E0C">
        <w:rPr>
          <w:rFonts w:ascii="Garamond" w:hAnsi="Garamond"/>
          <w:color w:val="auto"/>
        </w:rPr>
        <w:t>Bibliografía</w:t>
      </w:r>
      <w:r w:rsidRPr="00EE1E0C">
        <w:rPr>
          <w:rFonts w:ascii="Garamond" w:hAnsi="Garamond"/>
        </w:rPr>
        <w:br/>
      </w:r>
    </w:p>
    <w:p w14:paraId="4D0C258E" w14:textId="6B339A24" w:rsidR="001C29CC" w:rsidRDefault="00650E1D" w:rsidP="00EE1E0C">
      <w:pPr>
        <w:ind w:left="720" w:hanging="720"/>
      </w:pPr>
      <w:r w:rsidRPr="006E7FC9">
        <w:t xml:space="preserve">Apellido, N. (Año). Título del artículo. </w:t>
      </w:r>
      <w:r w:rsidRPr="001C29CC">
        <w:rPr>
          <w:i/>
          <w:iCs/>
        </w:rPr>
        <w:t>Nombre de la Revista</w:t>
      </w:r>
      <w:r w:rsidRPr="006E7FC9">
        <w:t xml:space="preserve">, </w:t>
      </w:r>
      <w:proofErr w:type="gramStart"/>
      <w:r w:rsidRPr="001C29CC">
        <w:rPr>
          <w:i/>
          <w:iCs/>
        </w:rPr>
        <w:t>Volumen</w:t>
      </w:r>
      <w:r w:rsidRPr="006E7FC9">
        <w:t>(</w:t>
      </w:r>
      <w:proofErr w:type="gramEnd"/>
      <w:r w:rsidRPr="006E7FC9">
        <w:t xml:space="preserve">Número), páginas. </w:t>
      </w:r>
      <w:hyperlink r:id="rId9" w:history="1">
        <w:r w:rsidR="001C29CC" w:rsidRPr="00CE2F88">
          <w:rPr>
            <w:rStyle w:val="Hipervnculo"/>
          </w:rPr>
          <w:t>https://doi.org/XXXXXX</w:t>
        </w:r>
      </w:hyperlink>
    </w:p>
    <w:p w14:paraId="5F89CC40" w14:textId="13520811" w:rsidR="005A18A1" w:rsidRDefault="00650E1D" w:rsidP="00EE1E0C">
      <w:pPr>
        <w:ind w:left="720" w:hanging="720"/>
      </w:pPr>
      <w:r w:rsidRPr="006E7FC9">
        <w:t xml:space="preserve">Apellido, N., &amp; Apellido, N. (Año). </w:t>
      </w:r>
      <w:r w:rsidRPr="001C29CC">
        <w:rPr>
          <w:i/>
          <w:iCs/>
        </w:rPr>
        <w:t>Título del libro</w:t>
      </w:r>
      <w:r w:rsidRPr="006E7FC9">
        <w:t>. Editorial.</w:t>
      </w:r>
    </w:p>
    <w:sectPr w:rsidR="005A18A1" w:rsidSect="00EE1E0C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61139659">
    <w:abstractNumId w:val="8"/>
  </w:num>
  <w:num w:numId="2" w16cid:durableId="770472861">
    <w:abstractNumId w:val="6"/>
  </w:num>
  <w:num w:numId="3" w16cid:durableId="1816217692">
    <w:abstractNumId w:val="5"/>
  </w:num>
  <w:num w:numId="4" w16cid:durableId="214658018">
    <w:abstractNumId w:val="4"/>
  </w:num>
  <w:num w:numId="5" w16cid:durableId="1402172575">
    <w:abstractNumId w:val="7"/>
  </w:num>
  <w:num w:numId="6" w16cid:durableId="1481071095">
    <w:abstractNumId w:val="3"/>
  </w:num>
  <w:num w:numId="7" w16cid:durableId="1247618198">
    <w:abstractNumId w:val="2"/>
  </w:num>
  <w:num w:numId="8" w16cid:durableId="1489403656">
    <w:abstractNumId w:val="1"/>
  </w:num>
  <w:num w:numId="9" w16cid:durableId="778376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C29CC"/>
    <w:rsid w:val="0029639D"/>
    <w:rsid w:val="00326F90"/>
    <w:rsid w:val="003D73E8"/>
    <w:rsid w:val="005A18A1"/>
    <w:rsid w:val="00650E1D"/>
    <w:rsid w:val="00670660"/>
    <w:rsid w:val="006E7FC9"/>
    <w:rsid w:val="00AA1D8D"/>
    <w:rsid w:val="00B47730"/>
    <w:rsid w:val="00CB0664"/>
    <w:rsid w:val="00EE1E0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AF6621"/>
  <w14:defaultImageDpi w14:val="300"/>
  <w15:docId w15:val="{0ED2CDF1-F31F-4399-8E03-49678DE92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line="360" w:lineRule="auto"/>
    </w:pPr>
    <w:rPr>
      <w:rFonts w:ascii="Garamond" w:hAnsi="Garamond"/>
      <w:sz w:val="24"/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40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vnculo">
    <w:name w:val="Hyperlink"/>
    <w:basedOn w:val="Fuentedeprrafopredeter"/>
    <w:uiPriority w:val="99"/>
    <w:unhideWhenUsed/>
    <w:rsid w:val="001C29CC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C29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doi.org/XXXXX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02D49157FD91C4093CB57F4CB8E5577" ma:contentTypeVersion="35" ma:contentTypeDescription="Crear nuevo documento." ma:contentTypeScope="" ma:versionID="2b100126271166497be1f6ba33cbc582">
  <xsd:schema xmlns:xsd="http://www.w3.org/2001/XMLSchema" xmlns:xs="http://www.w3.org/2001/XMLSchema" xmlns:p="http://schemas.microsoft.com/office/2006/metadata/properties" xmlns:ns3="4c5126a6-d4a1-40eb-8373-b67ae22431bd" xmlns:ns4="31bad1f5-9b78-442f-8544-a9bebad3ab07" targetNamespace="http://schemas.microsoft.com/office/2006/metadata/properties" ma:root="true" ma:fieldsID="fc05fa5abe2136cadd1dffa660100136" ns3:_="" ns4:_="">
    <xsd:import namespace="4c5126a6-d4a1-40eb-8373-b67ae22431bd"/>
    <xsd:import namespace="31bad1f5-9b78-442f-8544-a9bebad3ab07"/>
    <xsd:element name="properties">
      <xsd:complexType>
        <xsd:sequence>
          <xsd:element name="documentManagement">
            <xsd:complexType>
              <xsd:all>
                <xsd:element ref="ns3:NotebookType" minOccurs="0"/>
                <xsd:element ref="ns3:FolderType" minOccurs="0"/>
                <xsd:element ref="ns3:Owner" minOccurs="0"/>
                <xsd:element ref="ns3:DefaultSectionNames" minOccurs="0"/>
                <xsd:element ref="ns3:Templates" minOccurs="0"/>
                <xsd:element ref="ns3:CultureName" minOccurs="0"/>
                <xsd:element ref="ns3:AppVersion" minOccurs="0"/>
                <xsd:element ref="ns3:Teachers" minOccurs="0"/>
                <xsd:element ref="ns3:Students" minOccurs="0"/>
                <xsd:element ref="ns3:Student_Group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TeamsChannelId" minOccurs="0"/>
                <xsd:element ref="ns3:Math_Settings" minOccurs="0"/>
                <xsd:element ref="ns3:Distribution_Groups" minOccurs="0"/>
                <xsd:element ref="ns3:LMS_Mappings" minOccurs="0"/>
                <xsd:element ref="ns3:IsNotebookLocked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5126a6-d4a1-40eb-8373-b67ae22431bd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Owner" ma:index="10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1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2" nillable="true" ma:displayName="Templates" ma:internalName="Templates">
      <xsd:simpleType>
        <xsd:restriction base="dms:Note">
          <xsd:maxLength value="255"/>
        </xsd:restriction>
      </xsd:simpleType>
    </xsd:element>
    <xsd:element name="CultureName" ma:index="13" nillable="true" ma:displayName="Culture Name" ma:internalName="CultureName">
      <xsd:simpleType>
        <xsd:restriction base="dms:Text"/>
      </xsd:simpleType>
    </xsd:element>
    <xsd:element name="AppVersion" ma:index="14" nillable="true" ma:displayName="App Version" ma:internalName="AppVersion">
      <xsd:simpleType>
        <xsd:restriction base="dms:Text"/>
      </xsd:simpleType>
    </xsd:element>
    <xsd:element name="Teachers" ma:index="15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6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7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18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19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0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21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2" nillable="true" ma:displayName="Is Collaboration Space Locked" ma:internalName="Is_Collaboration_Space_Locked">
      <xsd:simpleType>
        <xsd:restriction base="dms:Boolean"/>
      </xsd:simpleType>
    </xsd:element>
    <xsd:element name="MediaServiceMetadata" ma:index="2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hidden="true" ma:internalName="MediaServiceFastMetadata" ma:readOnly="true">
      <xsd:simpleType>
        <xsd:restriction base="dms:Note"/>
      </xsd:simpleType>
    </xsd:element>
    <xsd:element name="TeamsChannelId" ma:index="28" nillable="true" ma:displayName="Teams Channel Id" ma:internalName="TeamsChannelId">
      <xsd:simpleType>
        <xsd:restriction base="dms:Text"/>
      </xsd:simpleType>
    </xsd:element>
    <xsd:element name="Math_Settings" ma:index="29" nillable="true" ma:displayName="Math Settings" ma:internalName="Math_Settings">
      <xsd:simpleType>
        <xsd:restriction base="dms:Text"/>
      </xsd:simpleType>
    </xsd:element>
    <xsd:element name="Distribution_Groups" ma:index="3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1" nillable="true" ma:displayName="LMS Mappings" ma:internalName="LMS_Mappings">
      <xsd:simpleType>
        <xsd:restriction base="dms:Note">
          <xsd:maxLength value="255"/>
        </xsd:restriction>
      </xsd:simpleType>
    </xsd:element>
    <xsd:element name="IsNotebookLocked" ma:index="32" nillable="true" ma:displayName="Is Notebook Locked" ma:internalName="IsNotebookLocked">
      <xsd:simpleType>
        <xsd:restriction base="dms:Boolean"/>
      </xsd:simpleType>
    </xsd:element>
    <xsd:element name="MediaServiceAutoKeyPoints" ma:index="3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35" nillable="true" ma:displayName="_activity" ma:hidden="true" ma:internalName="_activity">
      <xsd:simpleType>
        <xsd:restriction base="dms:Note"/>
      </xsd:simpleType>
    </xsd:element>
    <xsd:element name="MediaServiceObjectDetectorVersions" ma:index="3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3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3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4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4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bad1f5-9b78-442f-8544-a9bebad3ab07" elementFormDefault="qualified">
    <xsd:import namespace="http://schemas.microsoft.com/office/2006/documentManagement/types"/>
    <xsd:import namespace="http://schemas.microsoft.com/office/infopath/2007/PartnerControls"/>
    <xsd:element name="SharedWithUsers" ma:index="23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5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lderType xmlns="4c5126a6-d4a1-40eb-8373-b67ae22431bd" xsi:nil="true"/>
    <CultureName xmlns="4c5126a6-d4a1-40eb-8373-b67ae22431bd" xsi:nil="true"/>
    <Invited_Students xmlns="4c5126a6-d4a1-40eb-8373-b67ae22431bd" xsi:nil="true"/>
    <LMS_Mappings xmlns="4c5126a6-d4a1-40eb-8373-b67ae22431bd" xsi:nil="true"/>
    <IsNotebookLocked xmlns="4c5126a6-d4a1-40eb-8373-b67ae22431bd" xsi:nil="true"/>
    <Self_Registration_Enabled xmlns="4c5126a6-d4a1-40eb-8373-b67ae22431bd" xsi:nil="true"/>
    <Math_Settings xmlns="4c5126a6-d4a1-40eb-8373-b67ae22431bd" xsi:nil="true"/>
    <Teachers xmlns="4c5126a6-d4a1-40eb-8373-b67ae22431bd">
      <UserInfo>
        <DisplayName/>
        <AccountId xsi:nil="true"/>
        <AccountType/>
      </UserInfo>
    </Teachers>
    <Students xmlns="4c5126a6-d4a1-40eb-8373-b67ae22431bd">
      <UserInfo>
        <DisplayName/>
        <AccountId xsi:nil="true"/>
        <AccountType/>
      </UserInfo>
    </Students>
    <Student_Groups xmlns="4c5126a6-d4a1-40eb-8373-b67ae22431bd">
      <UserInfo>
        <DisplayName/>
        <AccountId xsi:nil="true"/>
        <AccountType/>
      </UserInfo>
    </Student_Groups>
    <Templates xmlns="4c5126a6-d4a1-40eb-8373-b67ae22431bd" xsi:nil="true"/>
    <Has_Teacher_Only_SectionGroup xmlns="4c5126a6-d4a1-40eb-8373-b67ae22431bd" xsi:nil="true"/>
    <NotebookType xmlns="4c5126a6-d4a1-40eb-8373-b67ae22431bd" xsi:nil="true"/>
    <Distribution_Groups xmlns="4c5126a6-d4a1-40eb-8373-b67ae22431bd" xsi:nil="true"/>
    <AppVersion xmlns="4c5126a6-d4a1-40eb-8373-b67ae22431bd" xsi:nil="true"/>
    <Invited_Teachers xmlns="4c5126a6-d4a1-40eb-8373-b67ae22431bd" xsi:nil="true"/>
    <Owner xmlns="4c5126a6-d4a1-40eb-8373-b67ae22431bd">
      <UserInfo>
        <DisplayName/>
        <AccountId xsi:nil="true"/>
        <AccountType/>
      </UserInfo>
    </Owner>
    <DefaultSectionNames xmlns="4c5126a6-d4a1-40eb-8373-b67ae22431bd" xsi:nil="true"/>
    <_activity xmlns="4c5126a6-d4a1-40eb-8373-b67ae22431bd" xsi:nil="true"/>
    <TeamsChannelId xmlns="4c5126a6-d4a1-40eb-8373-b67ae22431bd" xsi:nil="true"/>
    <Is_Collaboration_Space_Locked xmlns="4c5126a6-d4a1-40eb-8373-b67ae22431bd" xsi:nil="true"/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A6AB3B7-48C3-4CB2-ABC9-0AEB045E0A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5126a6-d4a1-40eb-8373-b67ae22431bd"/>
    <ds:schemaRef ds:uri="31bad1f5-9b78-442f-8544-a9bebad3ab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9F3789-787E-4D68-8B76-2EA64DF1F3E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3E3350D-7AB6-479A-9B98-6065EF2C616D}">
  <ds:schemaRefs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31bad1f5-9b78-442f-8544-a9bebad3ab07"/>
    <ds:schemaRef ds:uri="http://purl.org/dc/elements/1.1/"/>
    <ds:schemaRef ds:uri="http://www.w3.org/XML/1998/namespace"/>
    <ds:schemaRef ds:uri="4c5126a6-d4a1-40eb-8373-b67ae22431bd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180</Words>
  <Characters>995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1173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Juan Carlos Rodriguez Rodriguez</cp:lastModifiedBy>
  <cp:revision>2</cp:revision>
  <dcterms:created xsi:type="dcterms:W3CDTF">2024-11-02T10:23:00Z</dcterms:created>
  <dcterms:modified xsi:type="dcterms:W3CDTF">2024-11-02T10:23:00Z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0x010100C02D49157FD91C4093CB57F4CB8E5577</vt:lpwstr>
  </property>
</Properties>
</file>